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left"/>
      </w:pPr>
      <w:r>
        <w:rPr>
          <w:rFonts w:ascii="Calibri" w:hAnsi="Calibri"/>
          <w:b/>
          <w:i w:val="0"/>
          <w:color w:val="17365D"/>
          <w:sz w:val="38"/>
        </w:rPr>
        <w:t>TWIN CITIES BLIND AUDIO DART LEAGUE</w:t>
      </w:r>
    </w:p>
    <w:p>
      <w:pPr>
        <w:spacing w:before="0" w:after="100" w:line="240" w:lineRule="auto"/>
        <w:jc w:val="left"/>
      </w:pPr>
      <w:r>
        <w:rPr>
          <w:rFonts w:ascii="Calibri" w:hAnsi="Calibri"/>
          <w:b/>
          <w:i w:val="0"/>
          <w:color w:val="2E74B5"/>
          <w:sz w:val="21"/>
        </w:rPr>
        <w:t>2026-2027 SEASON SCHEDULE</w:t>
      </w:r>
      <w:r>
        <w:rPr>
          <w:rFonts w:ascii="Calibri" w:hAnsi="Calibri"/>
          <w:b w:val="0"/>
          <w:i w:val="0"/>
          <w:color w:val="5B6573"/>
          <w:sz w:val="18"/>
        </w:rPr>
        <w:t xml:space="preserve">   |   Tuesdays   |   Home player is listed first</w:t>
      </w:r>
    </w:p>
    <w:p>
      <w:pPr>
        <w:pStyle w:val="RoundHeading"/>
        <w:keepNext/>
      </w:pPr>
      <w:r>
        <w:rPr>
          <w:rFonts w:ascii="Calibri" w:hAnsi="Calibri"/>
          <w:b/>
          <w:i w:val="0"/>
          <w:color w:val="FFFFFF"/>
          <w:sz w:val="23"/>
        </w:rPr>
        <w:t>ROUND 1</w:t>
      </w:r>
    </w:p>
    <w:tbl>
      <w:tblPr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800"/>
        <w:gridCol w:w="3912"/>
        <w:gridCol w:w="3912"/>
        <w:gridCol w:w="3912"/>
      </w:tblGrid>
      <w:tr>
        <w:trPr>
          <w:tblHeader w:val="true"/>
        </w:trPr>
        <w:tc>
          <w:tcPr>
            <w:tcW w:type="dxa" w:w="72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180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FRONT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STAGE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VFW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Sep. 8,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Sep. 15,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3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Sep. 22,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4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Sep. 29,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5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Oct. 6,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</w:tr>
    </w:tbl>
    <w:p>
      <w:pPr>
        <w:spacing w:before="0" w:after="80" w:line="240" w:lineRule="auto"/>
        <w:jc w:val="left"/>
      </w:pPr>
    </w:p>
    <w:p>
      <w:pPr>
        <w:pStyle w:val="RoundHeading"/>
        <w:keepNext/>
      </w:pPr>
      <w:r>
        <w:rPr>
          <w:rFonts w:ascii="Calibri" w:hAnsi="Calibri"/>
          <w:b/>
          <w:i w:val="0"/>
          <w:color w:val="FFFFFF"/>
          <w:sz w:val="23"/>
        </w:rPr>
        <w:t>ROUND 2</w:t>
      </w:r>
    </w:p>
    <w:tbl>
      <w:tblPr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800"/>
        <w:gridCol w:w="3912"/>
        <w:gridCol w:w="3912"/>
        <w:gridCol w:w="3912"/>
      </w:tblGrid>
      <w:tr>
        <w:trPr>
          <w:tblHeader w:val="true"/>
        </w:trPr>
        <w:tc>
          <w:tcPr>
            <w:tcW w:type="dxa" w:w="72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180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FRONT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STAGE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VFW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6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Oct. 13,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7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Oct. 20,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Oct. 27,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gridSpan w:val="2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Nov. 3,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gridSpan w:val="3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Election Day - No Games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9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Nov. 10,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10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Nov. 17,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gridSpan w:val="2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Nov. 24,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gridSpan w:val="3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Thanksgiving Week - No Games</w:t>
            </w:r>
          </w:p>
        </w:tc>
      </w:tr>
    </w:tbl>
    <w:p>
      <w:pPr>
        <w:spacing w:before="0" w:after="80" w:line="240" w:lineRule="auto"/>
        <w:jc w:val="left"/>
      </w:pPr>
    </w:p>
    <w:p>
      <w:pPr>
        <w:pStyle w:val="RoundHeading"/>
      </w:pPr>
      <w:r>
        <w:rPr>
          <w:rFonts w:ascii="Calibri" w:hAnsi="Calibri"/>
          <w:b/>
          <w:i w:val="0"/>
          <w:color w:val="FFFFFF"/>
          <w:sz w:val="23"/>
        </w:rPr>
        <w:t>LEAGUE LOCATIONS &amp; TEAMS</w:t>
      </w:r>
    </w:p>
    <w:tbl>
      <w:tblPr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128"/>
        <w:gridCol w:w="7128"/>
      </w:tblGrid>
      <w:tr>
        <w:tc>
          <w:tcPr>
            <w:tcW w:type="dxa" w:w="7128"/>
            <w:tcMar>
              <w:top w:w="105" w:type="dxa"/>
              <w:start w:w="150" w:type="dxa"/>
              <w:bottom w:w="105" w:type="dxa"/>
              <w:end w:w="150" w:type="dxa"/>
            </w:tcMar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  <w:insideH w:val="single" w:sz="7" w:color="2E74B5"/>
              <w:insideV w:val="single" w:sz="7" w:color="2E74B5"/>
            </w:tcBorders>
            <w:shd w:fill="EEF4FA"/>
            <w:vAlign w:val="center"/>
          </w:tcPr>
          <w:p>
            <w:pPr>
              <w:spacing w:before="0" w:after="2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7365D"/>
                <w:sz w:val="19"/>
              </w:rPr>
              <w:t>EAGLE'S CLUB</w:t>
            </w:r>
          </w:p>
          <w:p>
            <w:pPr>
              <w:spacing w:before="0" w:after="2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2E74B5"/>
                <w:sz w:val="17"/>
              </w:rPr>
              <w:t>Stage Board: Chris and Riley  |  Front Board: Ellen and Therese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2507 East 25th Street, Minneapolis, MN 55406</w:t>
            </w:r>
          </w:p>
        </w:tc>
        <w:tc>
          <w:tcPr>
            <w:tcW w:type="dxa" w:w="7128"/>
            <w:tcMar>
              <w:top w:w="105" w:type="dxa"/>
              <w:start w:w="150" w:type="dxa"/>
              <w:bottom w:w="105" w:type="dxa"/>
              <w:end w:w="150" w:type="dxa"/>
            </w:tcMar>
            <w:tcBorders>
              <w:top w:val="single" w:sz="7" w:color="2E74B5"/>
              <w:left w:val="single" w:sz="7" w:color="2E74B5"/>
              <w:bottom w:val="single" w:sz="7" w:color="2E74B5"/>
              <w:right w:val="single" w:sz="7" w:color="2E74B5"/>
              <w:insideH w:val="single" w:sz="7" w:color="2E74B5"/>
              <w:insideV w:val="single" w:sz="7" w:color="2E74B5"/>
            </w:tcBorders>
            <w:shd w:fill="EEF4FA"/>
            <w:vAlign w:val="center"/>
          </w:tcPr>
          <w:p>
            <w:pPr>
              <w:spacing w:before="0" w:after="2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7365D"/>
                <w:sz w:val="19"/>
              </w:rPr>
              <w:t>VFW RICHFIELD</w:t>
            </w:r>
          </w:p>
          <w:p>
            <w:pPr>
              <w:spacing w:before="0" w:after="2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2E74B5"/>
                <w:sz w:val="17"/>
              </w:rPr>
              <w:t>Gary and Al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3"/>
                <w:sz w:val="17"/>
              </w:rPr>
              <w:t>6715 Lake Shore Dr S, Richfield, MN 55423</w:t>
            </w:r>
          </w:p>
        </w:tc>
      </w:tr>
    </w:tbl>
    <w:p>
      <w:r>
        <w:br w:type="page"/>
      </w:r>
    </w:p>
    <w:p>
      <w:pPr>
        <w:pStyle w:val="RoundHeading"/>
        <w:keepNext/>
      </w:pPr>
      <w:r>
        <w:rPr>
          <w:rFonts w:ascii="Calibri" w:hAnsi="Calibri"/>
          <w:b/>
          <w:i w:val="0"/>
          <w:color w:val="FFFFFF"/>
          <w:sz w:val="23"/>
        </w:rPr>
        <w:t>ROUND 3</w:t>
      </w:r>
    </w:p>
    <w:tbl>
      <w:tblPr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800"/>
        <w:gridCol w:w="3912"/>
        <w:gridCol w:w="3912"/>
        <w:gridCol w:w="3912"/>
      </w:tblGrid>
      <w:tr>
        <w:trPr>
          <w:tblHeader w:val="true"/>
        </w:trPr>
        <w:tc>
          <w:tcPr>
            <w:tcW w:type="dxa" w:w="72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180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FRONT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STAGE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VFW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Dec. 1,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12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Dec. 8,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13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Dec. 15,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gridSpan w:val="2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Dec. 22 &amp; 29, 2026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gridSpan w:val="3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Christmas &amp; New Year's Break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14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Jan. 5,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15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Jan. 12,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</w:tr>
    </w:tbl>
    <w:p>
      <w:pPr>
        <w:spacing w:before="0" w:after="80" w:line="240" w:lineRule="auto"/>
        <w:jc w:val="left"/>
      </w:pPr>
    </w:p>
    <w:p>
      <w:pPr>
        <w:pStyle w:val="RoundHeading"/>
        <w:keepNext/>
      </w:pPr>
      <w:r>
        <w:rPr>
          <w:rFonts w:ascii="Calibri" w:hAnsi="Calibri"/>
          <w:b/>
          <w:i w:val="0"/>
          <w:color w:val="FFFFFF"/>
          <w:sz w:val="23"/>
        </w:rPr>
        <w:t>ROUND 4</w:t>
      </w:r>
    </w:p>
    <w:tbl>
      <w:tblPr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800"/>
        <w:gridCol w:w="3912"/>
        <w:gridCol w:w="3912"/>
        <w:gridCol w:w="3912"/>
      </w:tblGrid>
      <w:tr>
        <w:trPr>
          <w:tblHeader w:val="true"/>
        </w:trPr>
        <w:tc>
          <w:tcPr>
            <w:tcW w:type="dxa" w:w="72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180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FRONT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STAGE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VFW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16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Jan. 19,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17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Jan. 26,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Feb. 2,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19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Feb. 9,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20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Feb. 16,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</w:tr>
    </w:tbl>
    <w:p>
      <w:pPr>
        <w:spacing w:before="0" w:after="80" w:line="240" w:lineRule="auto"/>
        <w:jc w:val="left"/>
      </w:pPr>
    </w:p>
    <w:p>
      <w:r>
        <w:br w:type="page"/>
      </w:r>
    </w:p>
    <w:p>
      <w:pPr>
        <w:pStyle w:val="RoundHeading"/>
        <w:keepNext/>
      </w:pPr>
      <w:r>
        <w:rPr>
          <w:rFonts w:ascii="Calibri" w:hAnsi="Calibri"/>
          <w:b/>
          <w:i w:val="0"/>
          <w:color w:val="FFFFFF"/>
          <w:sz w:val="23"/>
        </w:rPr>
        <w:t>ROUND 5</w:t>
      </w:r>
    </w:p>
    <w:tbl>
      <w:tblPr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800"/>
        <w:gridCol w:w="3912"/>
        <w:gridCol w:w="3912"/>
        <w:gridCol w:w="3912"/>
      </w:tblGrid>
      <w:tr>
        <w:trPr>
          <w:tblHeader w:val="true"/>
        </w:trPr>
        <w:tc>
          <w:tcPr>
            <w:tcW w:type="dxa" w:w="72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180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FRONT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STAGE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VFW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Feb. 23,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22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Mar. 2,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23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Mar. 9,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24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Mar. 16,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25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Mar. 23,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</w:tr>
    </w:tbl>
    <w:p>
      <w:pPr>
        <w:spacing w:before="0" w:after="80" w:line="240" w:lineRule="auto"/>
        <w:jc w:val="left"/>
      </w:pPr>
    </w:p>
    <w:p>
      <w:pPr>
        <w:pStyle w:val="RoundHeading"/>
        <w:keepNext/>
      </w:pPr>
      <w:r>
        <w:rPr>
          <w:rFonts w:ascii="Calibri" w:hAnsi="Calibri"/>
          <w:b/>
          <w:i w:val="0"/>
          <w:color w:val="FFFFFF"/>
          <w:sz w:val="23"/>
        </w:rPr>
        <w:t>ROUND 6</w:t>
      </w:r>
    </w:p>
    <w:tbl>
      <w:tblPr>
        <w:tblW w:type="dxa" w:w="14256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800"/>
        <w:gridCol w:w="3912"/>
        <w:gridCol w:w="3912"/>
        <w:gridCol w:w="3912"/>
      </w:tblGrid>
      <w:tr>
        <w:trPr>
          <w:tblHeader w:val="true"/>
        </w:trPr>
        <w:tc>
          <w:tcPr>
            <w:tcW w:type="dxa" w:w="72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WEEK</w:t>
            </w:r>
          </w:p>
        </w:tc>
        <w:tc>
          <w:tcPr>
            <w:tcW w:type="dxa" w:w="1800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FRONT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EAGLE'S CLUB</w:t>
            </w:r>
            <w:r>
              <w:br/>
            </w:r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STAGE BOARD</w:t>
            </w:r>
          </w:p>
        </w:tc>
        <w:tc>
          <w:tcPr>
            <w:tcW w:type="dxa" w:w="3912"/>
            <w:shd w:fill="17365D"/>
            <w:tcMar>
              <w:top w:w="70" w:type="dxa"/>
              <w:start w:w="100" w:type="dxa"/>
              <w:bottom w:w="70" w:type="dxa"/>
              <w:end w:w="100" w:type="dxa"/>
            </w:tcMar>
            <w:tcBorders>
              <w:top w:val="single" w:sz="7" w:color="17365D"/>
              <w:left w:val="single" w:sz="7" w:color="17365D"/>
              <w:bottom w:val="single" w:sz="7" w:color="17365D"/>
              <w:right w:val="single" w:sz="7" w:color="17365D"/>
              <w:insideH w:val="single" w:sz="7" w:color="17365D"/>
              <w:insideV w:val="single" w:sz="7" w:color="17365D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VFW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26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Mar. 30,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27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Apr. 6,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Apr. 13,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Ellen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Therese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29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Apr. 20,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Chris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Riley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Al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EEF4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Gary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7365D"/>
                <w:sz w:val="18"/>
              </w:rPr>
              <w:t>30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Apr. 27,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Therese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Riley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Chris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Gary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1F2933"/>
                <w:sz w:val="18"/>
              </w:rPr>
              <w:t>Al</w:t>
            </w:r>
            <w:r>
              <w:rPr>
                <w:rFonts w:ascii="Calibri" w:hAnsi="Calibri"/>
                <w:b w:val="0"/>
                <w:i w:val="0"/>
                <w:color w:val="5B6573"/>
                <w:sz w:val="18"/>
              </w:rPr>
              <w:t xml:space="preserve">  vs.  </w:t>
            </w:r>
            <w:r>
              <w:rPr>
                <w:rFonts w:ascii="Calibri" w:hAnsi="Calibri"/>
                <w:b w:val="0"/>
                <w:i w:val="0"/>
                <w:color w:val="1F2933"/>
                <w:sz w:val="18"/>
              </w:rPr>
              <w:t>Ellen</w:t>
            </w:r>
          </w:p>
        </w:tc>
      </w:tr>
      <w:t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31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May 4, 2027</w:t>
            </w:r>
          </w:p>
        </w:tc>
        <w:tc>
          <w:tcPr>
            <w:tcW w:type="dxa" w:w="3912"/>
            <w:tcMar>
              <w:top w:w="80" w:type="dxa"/>
              <w:start w:w="120" w:type="dxa"/>
              <w:bottom w:w="80" w:type="dxa"/>
              <w:end w:w="120" w:type="dxa"/>
            </w:tcMar>
            <w:gridSpan w:val="3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  <w:insideH w:val="single" w:sz="5" w:color="AAB7C4"/>
              <w:insideV w:val="single" w:sz="5" w:color="AAB7C4"/>
            </w:tcBorders>
            <w:vAlign w:val="center"/>
            <w:shd w:fill="FFF2CC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i w:val="0"/>
                <w:color w:val="BF9000"/>
                <w:sz w:val="18"/>
              </w:rPr>
              <w:t>Makeup Games</w:t>
            </w:r>
          </w:p>
        </w:tc>
      </w:tr>
    </w:tbl>
    <w:p>
      <w:pPr>
        <w:spacing w:before="0" w:after="80" w:line="240" w:lineRule="auto"/>
        <w:jc w:val="left"/>
      </w:pPr>
    </w:p>
    <w:p>
      <w:pPr>
        <w:spacing w:before="60" w:after="0" w:line="240" w:lineRule="auto"/>
        <w:jc w:val="center"/>
      </w:pPr>
      <w:r>
        <w:rPr>
          <w:rFonts w:ascii="Calibri" w:hAnsi="Calibri"/>
          <w:b/>
          <w:i w:val="0"/>
          <w:color w:val="17365D"/>
          <w:sz w:val="21"/>
        </w:rPr>
        <w:t>END OF SEASON - HAVE A GREAT SUMMER!</w:t>
      </w:r>
    </w:p>
    <w:sectPr w:rsidR="00FC693F" w:rsidRPr="0006063C" w:rsidSect="00034616">
      <w:footerReference w:type="default" r:id="rId9"/>
      <w:pgSz w:w="15840" w:h="12240" w:orient="landscape"/>
      <w:pgMar w:top="648" w:right="720" w:bottom="648" w:left="72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Calibri" w:hAnsi="Calibri"/>
        <w:b w:val="0"/>
        <w:i w:val="0"/>
        <w:color w:val="5B6573"/>
        <w:sz w:val="16"/>
      </w:rPr>
      <w:t>2026-2027 Audio Darts League Schedule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undHeading">
    <w:name w:val="Round Heading"/>
    <w:pPr>
      <w:keepNext/>
      <w:spacing w:before="100" w:after="0"/>
      <w:ind w:left="115"/>
      <w:shd w:fill="2E74B5"/>
    </w:pPr>
    <w:rPr>
      <w:rFonts w:ascii="Calibri" w:hAnsi="Calibri"/>
      <w:b/>
      <w:color w:val="FFFFFF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Twin Cities Blind Audio Dart League 2026-2027 Season Schedule</dc:title>
  <dc:subject>Weekly match schedule</dc:subject>
  <dc:creator>Audio Darts League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